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TER-01</w:t>
        <w:br/>
        <w:t>Pregnancy Planning Checklist</w:t>
      </w:r>
    </w:p>
    <w:p>
      <w:r>
        <w:t>Purpose: A structured checklist designed to support pregnancy planning and awareness of factors that may influence fetal development.</w:t>
      </w:r>
    </w:p>
    <w:p>
      <w:r>
        <w:t>Suitable For: Pregnancy planning, pre-conception discussions, medication reviews, healthcare appointments and personal preparation.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r>
        <w:t>Name: ______________________</w:t>
      </w:r>
    </w:p>
    <w:p>
      <w:r>
        <w:t>Date: ______________________</w:t>
      </w:r>
    </w:p>
    <w:p>
      <w:pPr>
        <w:pStyle w:val="Heading2"/>
      </w:pPr>
      <w:r>
        <w:t>My Health</w:t>
      </w:r>
    </w:p>
    <w:p>
      <w:r>
        <w:t>☐ I have reviewed my current health conditions.</w:t>
      </w:r>
    </w:p>
    <w:p>
      <w:r>
        <w:t>☐ I have considered whether any health conditions may require review before pregnancy.</w:t>
      </w:r>
    </w:p>
    <w:p>
      <w:r>
        <w:t>☐ I have arranged a healthcare appointment if required.</w:t>
      </w:r>
    </w:p>
    <w:p>
      <w:r>
        <w:br/>
        <w:t>Notes:</w:t>
        <w:br/>
        <w:t>________________________</w:t>
        <w:br/>
        <w:t>________________________</w:t>
      </w:r>
    </w:p>
    <w:p>
      <w:pPr>
        <w:pStyle w:val="Heading2"/>
      </w:pPr>
      <w:r>
        <w:t>Medicines and Treatments</w:t>
      </w:r>
    </w:p>
    <w:p>
      <w:r>
        <w:t>☐ I have reviewed my medicines.</w:t>
      </w:r>
    </w:p>
    <w:p>
      <w:r>
        <w:t>☐ I know why I take each medicine.</w:t>
      </w:r>
    </w:p>
    <w:p>
      <w:r>
        <w:t>☐ I have discussed medicines with a healthcare professional if required.</w:t>
      </w:r>
    </w:p>
    <w:p>
      <w:r>
        <w:t>☐ I have considered prescription medicines, over-the-counter medicines and supplements.</w:t>
      </w:r>
    </w:p>
    <w:p>
      <w:r>
        <w:br w:type="page"/>
      </w:r>
    </w:p>
    <w:p>
      <w:pPr>
        <w:pStyle w:val="Heading2"/>
      </w:pPr>
      <w:r>
        <w:t>Lifestyle and Nutrition</w:t>
      </w:r>
    </w:p>
    <w:p>
      <w:r>
        <w:t>☐ Diet and nutrition reviewed</w:t>
      </w:r>
    </w:p>
    <w:p>
      <w:r>
        <w:t>☐ Folic acid or supplements considered</w:t>
      </w:r>
    </w:p>
    <w:p>
      <w:r>
        <w:t>☐ Alcohol, smoking and recreational drug use reviewed</w:t>
      </w:r>
    </w:p>
    <w:p>
      <w:r>
        <w:t>☐ Weight and wellbeing considered</w:t>
      </w:r>
    </w:p>
    <w:p>
      <w:pPr>
        <w:pStyle w:val="Heading2"/>
      </w:pPr>
      <w:r>
        <w:t>Environmental and Occupational Exposures</w:t>
      </w:r>
    </w:p>
    <w:p>
      <w:r>
        <w:t>☐ Home exposures considered</w:t>
      </w:r>
    </w:p>
    <w:p>
      <w:r>
        <w:t>☐ Workplace exposures considered</w:t>
      </w:r>
    </w:p>
    <w:p>
      <w:r>
        <w:t>☐ Chemicals, solvents, pesticides or other environmental factors considered</w:t>
      </w:r>
    </w:p>
    <w:p>
      <w:r>
        <w:t>☐ Hobbies involving exposures considered</w:t>
      </w:r>
    </w:p>
    <w:p>
      <w:pPr>
        <w:pStyle w:val="Heading2"/>
      </w:pPr>
      <w:r>
        <w:t>Family Medical History</w:t>
      </w:r>
    </w:p>
    <w:p>
      <w:r>
        <w:t>☐ Conditions that appear to run in the family considered</w:t>
      </w:r>
    </w:p>
    <w:p>
      <w:r>
        <w:t>☐ Information gathered from relatives where appropriate</w:t>
      </w:r>
    </w:p>
    <w:p>
      <w:r>
        <w:t>☐ Relevant information recorded in TER-06</w:t>
      </w:r>
    </w:p>
    <w:p>
      <w:r>
        <w:br w:type="page"/>
      </w:r>
    </w:p>
    <w:p>
      <w:pPr>
        <w:pStyle w:val="Heading2"/>
      </w:pPr>
      <w:r>
        <w:t>What Information Would I Like To Understand Better?</w:t>
      </w:r>
    </w:p>
    <w:p>
      <w:r>
        <w:br/>
        <w:br/>
        <w:br/>
      </w:r>
    </w:p>
    <w:p>
      <w:pPr>
        <w:pStyle w:val="Heading2"/>
      </w:pPr>
      <w:r>
        <w:t>Questions I May Wish To Discuss</w:t>
      </w:r>
    </w:p>
    <w:p>
      <w:r>
        <w:br/>
        <w:br/>
        <w:br/>
      </w:r>
    </w:p>
    <w:p>
      <w:pPr>
        <w:pStyle w:val="Heading2"/>
      </w:pPr>
      <w:r>
        <w:t>Actions I Plan To Take</w:t>
      </w:r>
    </w:p>
    <w:p>
      <w:r>
        <w:br/>
        <w:br/>
        <w:br/>
      </w:r>
    </w:p>
    <w:p>
      <w:r>
        <w:t>Related Resources: TER-02, TER-05, TER-06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